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33551" w14:textId="5D942E59" w:rsidR="001D0431" w:rsidRPr="00F9104C" w:rsidRDefault="003373A3">
      <w:pPr>
        <w:spacing w:after="140"/>
        <w:jc w:val="center"/>
        <w:rPr>
          <w:b/>
          <w:sz w:val="24"/>
          <w:szCs w:val="24"/>
        </w:rPr>
      </w:pPr>
      <w:r w:rsidRPr="00F9104C">
        <w:rPr>
          <w:b/>
          <w:sz w:val="24"/>
          <w:szCs w:val="24"/>
        </w:rPr>
        <w:t>COURSE APPLICATION FORM</w:t>
      </w:r>
    </w:p>
    <w:p w14:paraId="2A2C14BC" w14:textId="2366759E" w:rsidR="00076226" w:rsidRPr="00F9104C" w:rsidRDefault="00076226">
      <w:pPr>
        <w:spacing w:after="140"/>
        <w:jc w:val="center"/>
        <w:rPr>
          <w:sz w:val="24"/>
          <w:szCs w:val="24"/>
        </w:rPr>
      </w:pPr>
      <w:r w:rsidRPr="00F9104C">
        <w:rPr>
          <w:sz w:val="24"/>
          <w:szCs w:val="24"/>
        </w:rPr>
        <w:t>HSE Introduction to Incident Investigation</w:t>
      </w:r>
      <w:proofErr w:type="gramStart"/>
      <w:r w:rsidRPr="00F9104C">
        <w:rPr>
          <w:sz w:val="24"/>
          <w:szCs w:val="24"/>
        </w:rPr>
        <w:tab/>
        <w:t xml:space="preserve">  Date:  11</w:t>
      </w:r>
      <w:r w:rsidRPr="00F9104C">
        <w:rPr>
          <w:sz w:val="24"/>
          <w:szCs w:val="24"/>
          <w:vertAlign w:val="superscript"/>
        </w:rPr>
        <w:t>th</w:t>
      </w:r>
      <w:proofErr w:type="gramEnd"/>
      <w:r w:rsidRPr="00F9104C">
        <w:rPr>
          <w:sz w:val="24"/>
          <w:szCs w:val="24"/>
        </w:rPr>
        <w:t xml:space="preserve"> November 2026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1D0431" w14:paraId="60F87B69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042F3" w14:textId="35F98497" w:rsidR="001D0431" w:rsidRDefault="001D0431">
            <w:pPr>
              <w:spacing w:after="0" w:line="240" w:lineRule="auto"/>
            </w:pP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54DDA" w14:textId="6123D043" w:rsidR="001D0431" w:rsidRDefault="001D0431">
            <w:pPr>
              <w:spacing w:after="0" w:line="240" w:lineRule="auto"/>
            </w:pPr>
          </w:p>
        </w:tc>
      </w:tr>
    </w:tbl>
    <w:tbl>
      <w:tblPr>
        <w:tblW w:w="0" w:type="auto"/>
        <w:jc w:val="center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10196"/>
      </w:tblGrid>
      <w:tr w:rsidR="001D0431" w14:paraId="1012ACC5" w14:textId="77777777">
        <w:trPr>
          <w:jc w:val="center"/>
        </w:trPr>
        <w:tc>
          <w:tcPr>
            <w:tcW w:w="10206" w:type="dxa"/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A35578" w14:textId="77777777" w:rsidR="001D0431" w:rsidRDefault="003373A3">
            <w:pPr>
              <w:spacing w:after="0"/>
            </w:pPr>
            <w:r>
              <w:rPr>
                <w:b/>
                <w:sz w:val="19"/>
              </w:rPr>
              <w:t>2. Personal &amp; Contact Details</w:t>
            </w: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1D0431" w14:paraId="2D1A199D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AC2AE" w14:textId="5D40677B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Title: ☐ </w:t>
            </w:r>
            <w:proofErr w:type="gramStart"/>
            <w:r w:rsidRPr="00076226">
              <w:rPr>
                <w:sz w:val="20"/>
                <w:szCs w:val="20"/>
              </w:rPr>
              <w:t>Mr  ☐</w:t>
            </w:r>
            <w:proofErr w:type="gramEnd"/>
            <w:r w:rsidRPr="00076226">
              <w:rPr>
                <w:sz w:val="20"/>
                <w:szCs w:val="20"/>
              </w:rPr>
              <w:t xml:space="preserve"> </w:t>
            </w:r>
            <w:proofErr w:type="gramStart"/>
            <w:r w:rsidRPr="00076226">
              <w:rPr>
                <w:sz w:val="20"/>
                <w:szCs w:val="20"/>
              </w:rPr>
              <w:t>Ms  ☐</w:t>
            </w:r>
            <w:proofErr w:type="gramEnd"/>
            <w:r w:rsidRPr="00076226">
              <w:rPr>
                <w:sz w:val="20"/>
                <w:szCs w:val="20"/>
              </w:rPr>
              <w:t xml:space="preserve"> </w:t>
            </w:r>
            <w:proofErr w:type="gramStart"/>
            <w:r w:rsidRPr="00076226">
              <w:rPr>
                <w:sz w:val="20"/>
                <w:szCs w:val="20"/>
              </w:rPr>
              <w:t>Mrs  ☐</w:t>
            </w:r>
            <w:proofErr w:type="gramEnd"/>
            <w:r w:rsidRPr="00076226">
              <w:rPr>
                <w:sz w:val="20"/>
                <w:szCs w:val="20"/>
              </w:rPr>
              <w:t xml:space="preserve"> </w:t>
            </w:r>
            <w:proofErr w:type="gramStart"/>
            <w:r w:rsidRPr="00076226">
              <w:rPr>
                <w:sz w:val="20"/>
                <w:szCs w:val="20"/>
              </w:rPr>
              <w:t>Dr  ☐</w:t>
            </w:r>
            <w:proofErr w:type="gramEnd"/>
            <w:r w:rsidRPr="00076226">
              <w:rPr>
                <w:sz w:val="20"/>
                <w:szCs w:val="20"/>
              </w:rPr>
              <w:t xml:space="preserve"> Other: 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B6121" w14:textId="77777777" w:rsidR="001D0431" w:rsidRPr="00076226" w:rsidRDefault="001D043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0431" w14:paraId="165D9F0E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D5401" w14:textId="28F92293" w:rsidR="00076226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First name(s): </w:t>
            </w:r>
          </w:p>
          <w:p w14:paraId="4E56D4F6" w14:textId="77777777" w:rsidR="00076226" w:rsidRPr="00076226" w:rsidRDefault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5D5561CB" w14:textId="50E815F1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____________</w:t>
            </w:r>
            <w:r w:rsidR="00076226">
              <w:rPr>
                <w:sz w:val="20"/>
                <w:szCs w:val="20"/>
              </w:rPr>
              <w:t>____</w:t>
            </w:r>
            <w:r w:rsidRPr="00076226">
              <w:rPr>
                <w:sz w:val="20"/>
                <w:szCs w:val="20"/>
              </w:rPr>
              <w:t>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D2835" w14:textId="77777777" w:rsidR="00076226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Surname: </w:t>
            </w:r>
          </w:p>
          <w:p w14:paraId="7CE05F9D" w14:textId="77777777" w:rsidR="00076226" w:rsidRPr="00076226" w:rsidRDefault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2F9586B5" w14:textId="0F4C4ADB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_________________________________</w:t>
            </w:r>
          </w:p>
        </w:tc>
      </w:tr>
      <w:tr w:rsidR="001D0431" w14:paraId="3B3C8A74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D82D4E" w14:textId="77777777" w:rsidR="00076226" w:rsidRDefault="003373A3" w:rsidP="00076226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Email: </w:t>
            </w:r>
          </w:p>
          <w:p w14:paraId="20AB92A3" w14:textId="6E806CBB" w:rsidR="001D0431" w:rsidRPr="00076226" w:rsidRDefault="003373A3" w:rsidP="00076226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___________________________________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D339E" w14:textId="77777777" w:rsid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Phone: </w:t>
            </w:r>
          </w:p>
          <w:p w14:paraId="712533AE" w14:textId="334EEE6A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__________________________________</w:t>
            </w:r>
          </w:p>
        </w:tc>
      </w:tr>
      <w:tr w:rsidR="00076226" w14:paraId="326B2844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0D1F8" w14:textId="77777777" w:rsid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76226">
              <w:rPr>
                <w:sz w:val="20"/>
                <w:szCs w:val="20"/>
              </w:rPr>
              <w:t>Organisation</w:t>
            </w:r>
            <w:proofErr w:type="spellEnd"/>
            <w:r w:rsidRPr="00076226">
              <w:rPr>
                <w:sz w:val="20"/>
                <w:szCs w:val="20"/>
              </w:rPr>
              <w:t xml:space="preserve"> / Employer: </w:t>
            </w:r>
          </w:p>
          <w:p w14:paraId="7C00EF85" w14:textId="77777777" w:rsid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2FCCEE1D" w14:textId="1C660515" w:rsidR="00076226" w:rsidRP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  <w:r w:rsidRPr="00076226">
              <w:rPr>
                <w:sz w:val="20"/>
                <w:szCs w:val="20"/>
              </w:rPr>
              <w:t>________________________</w:t>
            </w:r>
          </w:p>
          <w:p w14:paraId="63D79424" w14:textId="77777777" w:rsidR="00076226" w:rsidRP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2BF0FFE6" w14:textId="5ABBB8F1" w:rsidR="00076226" w:rsidRP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____________________________________</w:t>
            </w:r>
          </w:p>
          <w:p w14:paraId="1C9861E1" w14:textId="49A72FBB" w:rsidR="00076226" w:rsidRP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2B88E" w14:textId="77777777" w:rsidR="00076226" w:rsidRP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Job title: ________________________________</w:t>
            </w:r>
          </w:p>
          <w:p w14:paraId="1CEFB122" w14:textId="4140C111" w:rsidR="00076226" w:rsidRPr="00076226" w:rsidRDefault="00076226" w:rsidP="0007622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10196"/>
      </w:tblGrid>
      <w:tr w:rsidR="001D0431" w14:paraId="6414C4CD" w14:textId="77777777">
        <w:trPr>
          <w:jc w:val="center"/>
        </w:trPr>
        <w:tc>
          <w:tcPr>
            <w:tcW w:w="10206" w:type="dxa"/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4740C" w14:textId="77777777" w:rsidR="001D0431" w:rsidRDefault="003373A3">
            <w:pPr>
              <w:spacing w:after="0"/>
            </w:pPr>
            <w:r>
              <w:rPr>
                <w:b/>
                <w:sz w:val="19"/>
              </w:rPr>
              <w:t>3. Billing Details</w:t>
            </w: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1D0431" w14:paraId="271F7800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2FF8D" w14:textId="77777777" w:rsid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Course fee paid by:  </w:t>
            </w:r>
          </w:p>
          <w:p w14:paraId="0BCEE184" w14:textId="2690DE0A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☐ </w:t>
            </w:r>
            <w:proofErr w:type="gramStart"/>
            <w:r w:rsidRPr="00076226">
              <w:rPr>
                <w:sz w:val="20"/>
                <w:szCs w:val="20"/>
              </w:rPr>
              <w:t>Applicant  ☐</w:t>
            </w:r>
            <w:proofErr w:type="gramEnd"/>
            <w:r w:rsidRPr="00076226">
              <w:rPr>
                <w:sz w:val="20"/>
                <w:szCs w:val="20"/>
              </w:rPr>
              <w:t xml:space="preserve"> Employer / </w:t>
            </w:r>
            <w:proofErr w:type="spellStart"/>
            <w:r w:rsidR="00076226">
              <w:rPr>
                <w:sz w:val="20"/>
                <w:szCs w:val="20"/>
              </w:rPr>
              <w:t>O</w:t>
            </w:r>
            <w:r w:rsidRPr="00076226">
              <w:rPr>
                <w:sz w:val="20"/>
                <w:szCs w:val="20"/>
              </w:rPr>
              <w:t>rganisation</w:t>
            </w:r>
            <w:proofErr w:type="spellEnd"/>
            <w:r w:rsidR="00076226">
              <w:rPr>
                <w:sz w:val="20"/>
                <w:szCs w:val="20"/>
              </w:rPr>
              <w:t xml:space="preserve"> </w:t>
            </w:r>
            <w:r w:rsidR="00076226" w:rsidRPr="00076226">
              <w:rPr>
                <w:sz w:val="20"/>
                <w:szCs w:val="20"/>
              </w:rPr>
              <w:t xml:space="preserve">☐ Other: 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E2DCB" w14:textId="04C348E8" w:rsidR="001D0431" w:rsidRPr="00076226" w:rsidRDefault="001D043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0431" w14:paraId="68CD2C41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8E1C5" w14:textId="77777777" w:rsidR="00076226" w:rsidRDefault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1FF6D4FF" w14:textId="77777777" w:rsid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Name / Company name: </w:t>
            </w:r>
          </w:p>
          <w:p w14:paraId="0B5D378C" w14:textId="77777777" w:rsidR="00076226" w:rsidRDefault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7D4B54C3" w14:textId="665DDFB2" w:rsidR="001D0431" w:rsidRPr="00076226" w:rsidRDefault="0007622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  <w:r w:rsidR="003373A3" w:rsidRPr="00076226">
              <w:rPr>
                <w:sz w:val="20"/>
                <w:szCs w:val="20"/>
              </w:rPr>
              <w:t>__________________________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AE3CF" w14:textId="77777777" w:rsidR="00076226" w:rsidRDefault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69D2FEF2" w14:textId="3141B148" w:rsidR="00076226" w:rsidRDefault="00076226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 xml:space="preserve">Billing email: </w:t>
            </w:r>
          </w:p>
          <w:p w14:paraId="27E5AD9A" w14:textId="77777777" w:rsidR="00076226" w:rsidRDefault="00076226">
            <w:pPr>
              <w:spacing w:after="0" w:line="240" w:lineRule="auto"/>
              <w:rPr>
                <w:sz w:val="20"/>
                <w:szCs w:val="20"/>
              </w:rPr>
            </w:pPr>
          </w:p>
          <w:p w14:paraId="4DFFC8F5" w14:textId="41DFAD1B" w:rsidR="001D0431" w:rsidRPr="00076226" w:rsidRDefault="00076226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____________</w:t>
            </w:r>
            <w:r w:rsidRPr="00076226">
              <w:rPr>
                <w:sz w:val="20"/>
                <w:szCs w:val="20"/>
              </w:rPr>
              <w:t>_____________________</w:t>
            </w:r>
          </w:p>
        </w:tc>
      </w:tr>
      <w:tr w:rsidR="001D0431" w14:paraId="068B75C2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79DDF" w14:textId="77777777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Billing address: _______________________________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028D6" w14:textId="77777777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City: ____________________________________</w:t>
            </w:r>
          </w:p>
        </w:tc>
      </w:tr>
      <w:tr w:rsidR="001D0431" w14:paraId="08A6FB65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1490D" w14:textId="77777777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Postcode / ZIP code: ___________________________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C4CB2" w14:textId="77777777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Country: _________________________________</w:t>
            </w:r>
          </w:p>
        </w:tc>
      </w:tr>
      <w:tr w:rsidR="001D0431" w14:paraId="571D2646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7040C" w14:textId="77777777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Company Registration No.: ______________________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2F63B" w14:textId="77777777" w:rsidR="001D0431" w:rsidRPr="00076226" w:rsidRDefault="003373A3">
            <w:pPr>
              <w:spacing w:after="0" w:line="240" w:lineRule="auto"/>
              <w:rPr>
                <w:sz w:val="20"/>
                <w:szCs w:val="20"/>
              </w:rPr>
            </w:pPr>
            <w:r w:rsidRPr="00076226">
              <w:rPr>
                <w:sz w:val="20"/>
                <w:szCs w:val="20"/>
              </w:rPr>
              <w:t>VAT No.: _________________________________</w:t>
            </w:r>
          </w:p>
        </w:tc>
      </w:tr>
      <w:tr w:rsidR="001D0431" w14:paraId="6D7039FF" w14:textId="77777777">
        <w:trPr>
          <w:jc w:val="center"/>
        </w:trPr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23A8D" w14:textId="52D0927E" w:rsidR="001D0431" w:rsidRPr="00076226" w:rsidRDefault="001D0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CF503" w14:textId="77777777" w:rsidR="001D0431" w:rsidRPr="00076226" w:rsidRDefault="001D043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10196"/>
      </w:tblGrid>
      <w:tr w:rsidR="005E2E61" w14:paraId="28F35B5A" w14:textId="77777777" w:rsidTr="00FF3F5C">
        <w:trPr>
          <w:jc w:val="center"/>
        </w:trPr>
        <w:tc>
          <w:tcPr>
            <w:tcW w:w="10206" w:type="dxa"/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B5CFD8" w14:textId="5A93BE9B" w:rsidR="005E2E61" w:rsidRDefault="00330243" w:rsidP="00FF3F5C">
            <w:pPr>
              <w:spacing w:after="0"/>
            </w:pPr>
            <w:r>
              <w:rPr>
                <w:b/>
                <w:sz w:val="19"/>
              </w:rPr>
              <w:t>4</w:t>
            </w:r>
            <w:r w:rsidR="005E2E61">
              <w:rPr>
                <w:b/>
                <w:sz w:val="19"/>
              </w:rPr>
              <w:t xml:space="preserve">. </w:t>
            </w:r>
            <w:r w:rsidR="005E2E61" w:rsidRPr="005E2E61">
              <w:rPr>
                <w:b/>
                <w:sz w:val="19"/>
              </w:rPr>
              <w:t>Payment instructions</w:t>
            </w:r>
          </w:p>
        </w:tc>
      </w:tr>
    </w:tbl>
    <w:p w14:paraId="33A77162" w14:textId="3B3535A3" w:rsidR="0042351C" w:rsidRPr="0042351C" w:rsidRDefault="00443A41" w:rsidP="0042351C">
      <w:pPr>
        <w:spacing w:before="80" w:after="100" w:line="240" w:lineRule="auto"/>
        <w:rPr>
          <w:sz w:val="17"/>
        </w:rPr>
      </w:pPr>
      <w:r w:rsidRPr="00443A41">
        <w:rPr>
          <w:sz w:val="17"/>
        </w:rPr>
        <w:t>Please pay for the course by bank transfer to the following account</w:t>
      </w:r>
      <w:r>
        <w:rPr>
          <w:sz w:val="17"/>
        </w:rPr>
        <w:t xml:space="preserve">. </w:t>
      </w:r>
      <w:r w:rsidR="0042351C" w:rsidRPr="0042351C">
        <w:rPr>
          <w:sz w:val="17"/>
        </w:rPr>
        <w:t xml:space="preserve">Payment </w:t>
      </w:r>
      <w:proofErr w:type="gramStart"/>
      <w:r>
        <w:rPr>
          <w:sz w:val="17"/>
        </w:rPr>
        <w:t>has to</w:t>
      </w:r>
      <w:proofErr w:type="gramEnd"/>
      <w:r>
        <w:rPr>
          <w:sz w:val="17"/>
        </w:rPr>
        <w:t xml:space="preserve"> be</w:t>
      </w:r>
      <w:r w:rsidR="0042351C" w:rsidRPr="0042351C">
        <w:rPr>
          <w:sz w:val="17"/>
        </w:rPr>
        <w:t xml:space="preserve"> credited to the account before the course begins. </w:t>
      </w:r>
    </w:p>
    <w:p w14:paraId="3EE96ADF" w14:textId="39B57C84" w:rsidR="005E2E61" w:rsidRDefault="0042351C" w:rsidP="0042351C">
      <w:pPr>
        <w:spacing w:before="80" w:after="100" w:line="240" w:lineRule="auto"/>
        <w:rPr>
          <w:sz w:val="17"/>
        </w:rPr>
      </w:pPr>
      <w:r w:rsidRPr="0042351C">
        <w:rPr>
          <w:sz w:val="17"/>
        </w:rPr>
        <w:t>Bank details</w:t>
      </w:r>
    </w:p>
    <w:p w14:paraId="78FD35C9" w14:textId="77777777" w:rsidR="001D2AFD" w:rsidRPr="00F13F5F" w:rsidRDefault="001D2AFD" w:rsidP="001D2AFD">
      <w:pPr>
        <w:spacing w:before="80" w:after="100" w:line="240" w:lineRule="auto"/>
        <w:rPr>
          <w:sz w:val="17"/>
        </w:rPr>
      </w:pPr>
      <w:proofErr w:type="spellStart"/>
      <w:r w:rsidRPr="00F13F5F">
        <w:rPr>
          <w:sz w:val="17"/>
        </w:rPr>
        <w:t>Číslo</w:t>
      </w:r>
      <w:proofErr w:type="spellEnd"/>
      <w:r w:rsidRPr="00F13F5F">
        <w:rPr>
          <w:sz w:val="17"/>
        </w:rPr>
        <w:t xml:space="preserve"> </w:t>
      </w:r>
      <w:proofErr w:type="spellStart"/>
      <w:r w:rsidRPr="00F13F5F">
        <w:rPr>
          <w:sz w:val="17"/>
        </w:rPr>
        <w:t>účtu</w:t>
      </w:r>
      <w:proofErr w:type="spellEnd"/>
      <w:r w:rsidRPr="00F13F5F">
        <w:rPr>
          <w:sz w:val="17"/>
        </w:rPr>
        <w:t>: 127089559/0300</w:t>
      </w:r>
    </w:p>
    <w:p w14:paraId="728E3B67" w14:textId="13AB95A9" w:rsidR="00EE3477" w:rsidRPr="00F13F5F" w:rsidRDefault="001D2AFD" w:rsidP="001D2AFD">
      <w:pPr>
        <w:spacing w:before="80" w:after="100" w:line="240" w:lineRule="auto"/>
        <w:rPr>
          <w:sz w:val="17"/>
        </w:rPr>
      </w:pPr>
      <w:proofErr w:type="spellStart"/>
      <w:r w:rsidRPr="00F13F5F">
        <w:rPr>
          <w:sz w:val="17"/>
        </w:rPr>
        <w:t>Konstantní</w:t>
      </w:r>
      <w:proofErr w:type="spellEnd"/>
      <w:r w:rsidRPr="00F13F5F">
        <w:rPr>
          <w:sz w:val="17"/>
        </w:rPr>
        <w:t xml:space="preserve"> symbol:</w:t>
      </w:r>
      <w:r w:rsidR="000A27BA" w:rsidRPr="00F13F5F">
        <w:rPr>
          <w:sz w:val="17"/>
        </w:rPr>
        <w:t xml:space="preserve"> 0308</w:t>
      </w:r>
    </w:p>
    <w:p w14:paraId="25054E17" w14:textId="64E5D3D9" w:rsidR="001D2AFD" w:rsidRPr="00F13F5F" w:rsidRDefault="001D2AFD" w:rsidP="001D2AFD">
      <w:pPr>
        <w:spacing w:before="80" w:after="100" w:line="240" w:lineRule="auto"/>
        <w:rPr>
          <w:sz w:val="17"/>
        </w:rPr>
      </w:pPr>
      <w:proofErr w:type="spellStart"/>
      <w:r w:rsidRPr="00F13F5F">
        <w:rPr>
          <w:sz w:val="17"/>
        </w:rPr>
        <w:t>V</w:t>
      </w:r>
      <w:r w:rsidR="00EE3477" w:rsidRPr="00F13F5F">
        <w:rPr>
          <w:sz w:val="17"/>
        </w:rPr>
        <w:t>ariabilní</w:t>
      </w:r>
      <w:proofErr w:type="spellEnd"/>
      <w:r w:rsidR="00EE3477" w:rsidRPr="00F13F5F">
        <w:rPr>
          <w:sz w:val="17"/>
        </w:rPr>
        <w:t xml:space="preserve"> symbo</w:t>
      </w:r>
      <w:r w:rsidR="000A27BA" w:rsidRPr="00F13F5F">
        <w:rPr>
          <w:sz w:val="17"/>
        </w:rPr>
        <w:t>l:262603</w:t>
      </w:r>
    </w:p>
    <w:p w14:paraId="5C0A09F6" w14:textId="42C7D7A8" w:rsidR="005D6B35" w:rsidRDefault="00E77761" w:rsidP="005D6B35">
      <w:pPr>
        <w:spacing w:before="80" w:after="100" w:line="240" w:lineRule="auto"/>
        <w:rPr>
          <w:sz w:val="17"/>
          <w:lang w:val="cs-CZ"/>
        </w:rPr>
      </w:pPr>
      <w:r w:rsidRPr="00E77761">
        <w:rPr>
          <w:sz w:val="17"/>
        </w:rPr>
        <w:t>To identify the payment, please state the participant’s first name and surname in the reference field</w:t>
      </w:r>
      <w:r>
        <w:rPr>
          <w:sz w:val="17"/>
        </w:rPr>
        <w:t>/</w:t>
      </w:r>
      <w:r w:rsidR="005D6B35">
        <w:rPr>
          <w:sz w:val="17"/>
        </w:rPr>
        <w:t xml:space="preserve"> </w:t>
      </w:r>
      <w:r w:rsidR="005D6B35" w:rsidRPr="005D6B35">
        <w:rPr>
          <w:sz w:val="17"/>
          <w:lang w:val="cs-CZ"/>
        </w:rPr>
        <w:t>Pro identifikaci p</w:t>
      </w:r>
      <w:r w:rsidR="00FD19EB">
        <w:rPr>
          <w:sz w:val="17"/>
          <w:lang w:val="cs-CZ"/>
        </w:rPr>
        <w:t>l</w:t>
      </w:r>
      <w:r w:rsidR="005D6B35" w:rsidRPr="005D6B35">
        <w:rPr>
          <w:sz w:val="17"/>
          <w:lang w:val="cs-CZ"/>
        </w:rPr>
        <w:t xml:space="preserve">atby uveďte do poznámky jméno a příjmení účastníka </w:t>
      </w:r>
    </w:p>
    <w:p w14:paraId="293D9C97" w14:textId="77777777" w:rsidR="00330243" w:rsidRDefault="00330243" w:rsidP="005D6B35">
      <w:pPr>
        <w:spacing w:before="80" w:after="100" w:line="240" w:lineRule="auto"/>
        <w:rPr>
          <w:sz w:val="17"/>
          <w:lang w:val="cs-CZ"/>
        </w:rPr>
      </w:pPr>
    </w:p>
    <w:tbl>
      <w:tblPr>
        <w:tblW w:w="0" w:type="auto"/>
        <w:jc w:val="center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10196"/>
      </w:tblGrid>
      <w:tr w:rsidR="00330243" w14:paraId="40FAF7EB" w14:textId="77777777" w:rsidTr="00FF3F5C">
        <w:trPr>
          <w:jc w:val="center"/>
        </w:trPr>
        <w:tc>
          <w:tcPr>
            <w:tcW w:w="10206" w:type="dxa"/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59392" w14:textId="0F103B86" w:rsidR="00330243" w:rsidRDefault="00330243" w:rsidP="00FF3F5C">
            <w:pPr>
              <w:spacing w:after="0"/>
            </w:pPr>
            <w:r>
              <w:rPr>
                <w:b/>
                <w:sz w:val="19"/>
              </w:rPr>
              <w:t>5. Declaration</w:t>
            </w:r>
          </w:p>
        </w:tc>
      </w:tr>
    </w:tbl>
    <w:p w14:paraId="7705CED4" w14:textId="77777777" w:rsidR="00330243" w:rsidRDefault="00330243" w:rsidP="00330243">
      <w:pPr>
        <w:spacing w:before="80" w:after="100" w:line="240" w:lineRule="auto"/>
        <w:rPr>
          <w:sz w:val="17"/>
        </w:rPr>
      </w:pPr>
      <w:r>
        <w:rPr>
          <w:sz w:val="17"/>
        </w:rPr>
        <w:t>I confirm that the information provided in this application form is accurate and complete and that I have read and accept the applicable Terms and Conditions.</w:t>
      </w:r>
    </w:p>
    <w:p w14:paraId="3EA38CA4" w14:textId="77777777" w:rsidR="009C136D" w:rsidRPr="00E77761" w:rsidRDefault="009C136D">
      <w:pPr>
        <w:spacing w:before="80" w:after="10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3"/>
      </w:tblGrid>
      <w:tr w:rsidR="001D0431" w14:paraId="5C325B67" w14:textId="77777777" w:rsidTr="00661D05">
        <w:trPr>
          <w:jc w:val="center"/>
        </w:trPr>
        <w:tc>
          <w:tcPr>
            <w:tcW w:w="49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EE7D9" w14:textId="585CCFE1" w:rsidR="001D0431" w:rsidRDefault="009C136D">
            <w:pPr>
              <w:spacing w:after="0" w:line="240" w:lineRule="auto"/>
            </w:pPr>
            <w:r>
              <w:rPr>
                <w:sz w:val="17"/>
              </w:rPr>
              <w:t>A</w:t>
            </w:r>
            <w:r w:rsidR="003373A3">
              <w:rPr>
                <w:sz w:val="17"/>
              </w:rPr>
              <w:t>pplicant's signature: _________________________</w:t>
            </w:r>
          </w:p>
        </w:tc>
        <w:tc>
          <w:tcPr>
            <w:tcW w:w="51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15D3A" w14:textId="77777777" w:rsidR="001D0431" w:rsidRDefault="003373A3">
            <w:pPr>
              <w:spacing w:after="0" w:line="240" w:lineRule="auto"/>
            </w:pPr>
            <w:r>
              <w:rPr>
                <w:sz w:val="17"/>
              </w:rPr>
              <w:t>Date: ____________________________________</w:t>
            </w:r>
          </w:p>
        </w:tc>
      </w:tr>
    </w:tbl>
    <w:p w14:paraId="12E95663" w14:textId="77777777" w:rsidR="003373A3" w:rsidRDefault="003373A3" w:rsidP="009C136D"/>
    <w:p w14:paraId="5F2D4AF1" w14:textId="6FE111E2" w:rsidR="00666375" w:rsidRPr="00F13F5F" w:rsidRDefault="009C136D" w:rsidP="00955849">
      <w:r w:rsidRPr="0018606B">
        <w:t xml:space="preserve">Please send the completed application form by email to </w:t>
      </w:r>
      <w:hyperlink r:id="rId8" w:history="1">
        <w:r w:rsidRPr="0018606B">
          <w:rPr>
            <w:rStyle w:val="Hypertextovodkaz"/>
          </w:rPr>
          <w:t>abi.fbi@vsb.cz</w:t>
        </w:r>
      </w:hyperlink>
      <w:r>
        <w:t xml:space="preserve">, </w:t>
      </w:r>
      <w:r w:rsidRPr="0018606B">
        <w:t xml:space="preserve"> no later than </w:t>
      </w:r>
      <w:r w:rsidR="00FD19EB">
        <w:t>30.10.2026</w:t>
      </w:r>
    </w:p>
    <w:p w14:paraId="654F6F0F" w14:textId="51DB2528" w:rsidR="009C136D" w:rsidRPr="00666375" w:rsidRDefault="009C136D" w:rsidP="00661D05"/>
    <w:sectPr w:rsidR="009C136D" w:rsidRPr="00666375" w:rsidSect="00034616">
      <w:headerReference w:type="default" r:id="rId9"/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EEF8" w14:textId="77777777" w:rsidR="00A900C7" w:rsidRDefault="00A900C7" w:rsidP="007F4459">
      <w:pPr>
        <w:spacing w:after="0" w:line="240" w:lineRule="auto"/>
      </w:pPr>
      <w:r>
        <w:separator/>
      </w:r>
    </w:p>
  </w:endnote>
  <w:endnote w:type="continuationSeparator" w:id="0">
    <w:p w14:paraId="35D65406" w14:textId="77777777" w:rsidR="00A900C7" w:rsidRDefault="00A900C7" w:rsidP="007F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8ED26" w14:textId="77777777" w:rsidR="00A900C7" w:rsidRDefault="00A900C7" w:rsidP="007F4459">
      <w:pPr>
        <w:spacing w:after="0" w:line="240" w:lineRule="auto"/>
      </w:pPr>
      <w:r>
        <w:separator/>
      </w:r>
    </w:p>
  </w:footnote>
  <w:footnote w:type="continuationSeparator" w:id="0">
    <w:p w14:paraId="3F45FA52" w14:textId="77777777" w:rsidR="00A900C7" w:rsidRDefault="00A900C7" w:rsidP="007F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B951" w14:textId="09F70C21" w:rsidR="00955849" w:rsidRPr="00955849" w:rsidRDefault="007F4459" w:rsidP="00955849">
    <w:pPr>
      <w:pStyle w:val="Zhlav"/>
      <w:rPr>
        <w:lang w:val="cs-CZ"/>
      </w:rPr>
    </w:pPr>
    <w:r w:rsidRPr="007F4459">
      <w:rPr>
        <w:noProof/>
        <w:lang w:val="cs-CZ"/>
      </w:rPr>
      <w:drawing>
        <wp:inline distT="0" distB="0" distL="0" distR="0" wp14:anchorId="5AEC4018" wp14:editId="147FE814">
          <wp:extent cx="3181350" cy="700420"/>
          <wp:effectExtent l="0" t="0" r="0" b="0"/>
          <wp:docPr id="12468889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4661" cy="723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5849">
      <w:rPr>
        <w:lang w:val="cs-CZ"/>
      </w:rPr>
      <w:t xml:space="preserve">                                               </w:t>
    </w:r>
    <w:r w:rsidR="00955849" w:rsidRPr="00955849">
      <w:rPr>
        <w:noProof/>
        <w:lang w:val="cs-CZ"/>
      </w:rPr>
      <w:drawing>
        <wp:inline distT="0" distB="0" distL="0" distR="0" wp14:anchorId="43366DE5" wp14:editId="3D51A86C">
          <wp:extent cx="1479317" cy="629501"/>
          <wp:effectExtent l="0" t="0" r="6985" b="0"/>
          <wp:docPr id="81569125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346" cy="636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63B1FA" w14:textId="7FE68C40" w:rsidR="007F4459" w:rsidRDefault="007F4459" w:rsidP="007F44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8778966">
    <w:abstractNumId w:val="8"/>
  </w:num>
  <w:num w:numId="2" w16cid:durableId="1613517123">
    <w:abstractNumId w:val="6"/>
  </w:num>
  <w:num w:numId="3" w16cid:durableId="308561942">
    <w:abstractNumId w:val="5"/>
  </w:num>
  <w:num w:numId="4" w16cid:durableId="1279146760">
    <w:abstractNumId w:val="4"/>
  </w:num>
  <w:num w:numId="5" w16cid:durableId="1714500739">
    <w:abstractNumId w:val="7"/>
  </w:num>
  <w:num w:numId="6" w16cid:durableId="265771066">
    <w:abstractNumId w:val="3"/>
  </w:num>
  <w:num w:numId="7" w16cid:durableId="1901742084">
    <w:abstractNumId w:val="2"/>
  </w:num>
  <w:num w:numId="8" w16cid:durableId="864252352">
    <w:abstractNumId w:val="1"/>
  </w:num>
  <w:num w:numId="9" w16cid:durableId="136420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226"/>
    <w:rsid w:val="0008497F"/>
    <w:rsid w:val="000A27BA"/>
    <w:rsid w:val="0015074B"/>
    <w:rsid w:val="001D0431"/>
    <w:rsid w:val="001D2AFD"/>
    <w:rsid w:val="001E3B4E"/>
    <w:rsid w:val="0029639D"/>
    <w:rsid w:val="00326F90"/>
    <w:rsid w:val="00330243"/>
    <w:rsid w:val="003373A3"/>
    <w:rsid w:val="0041437A"/>
    <w:rsid w:val="0042351C"/>
    <w:rsid w:val="00443A41"/>
    <w:rsid w:val="004D6AB4"/>
    <w:rsid w:val="005D6B35"/>
    <w:rsid w:val="005E2E61"/>
    <w:rsid w:val="00661D05"/>
    <w:rsid w:val="00666375"/>
    <w:rsid w:val="0069289C"/>
    <w:rsid w:val="006B18E7"/>
    <w:rsid w:val="0072341E"/>
    <w:rsid w:val="007E6BF9"/>
    <w:rsid w:val="007F4459"/>
    <w:rsid w:val="00955849"/>
    <w:rsid w:val="009A688D"/>
    <w:rsid w:val="009C136D"/>
    <w:rsid w:val="00A661C8"/>
    <w:rsid w:val="00A900C7"/>
    <w:rsid w:val="00AA1D8D"/>
    <w:rsid w:val="00AD1E7A"/>
    <w:rsid w:val="00B47730"/>
    <w:rsid w:val="00CB0664"/>
    <w:rsid w:val="00DB72A3"/>
    <w:rsid w:val="00E77761"/>
    <w:rsid w:val="00EE3477"/>
    <w:rsid w:val="00F13F5F"/>
    <w:rsid w:val="00F30283"/>
    <w:rsid w:val="00F9104C"/>
    <w:rsid w:val="00FC693F"/>
    <w:rsid w:val="00FD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E2E25C"/>
  <w14:defaultImageDpi w14:val="300"/>
  <w15:docId w15:val="{3579BCBD-DC34-464D-A400-9F0A6BC7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9C136D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5D6B3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bi.vsb.cz/026/cs/Kontak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Ivana Slováčková</cp:lastModifiedBy>
  <cp:revision>3</cp:revision>
  <cp:lastPrinted>2026-09-30T17:10:00Z</cp:lastPrinted>
  <dcterms:created xsi:type="dcterms:W3CDTF">2026-10-07T08:47:00Z</dcterms:created>
  <dcterms:modified xsi:type="dcterms:W3CDTF">2026-10-08T12:21:00Z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c967ed00-14de-4cde-85b1-eb82c9e8803c</vt:lpwstr>
  </property>
</Properties>
</file>